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645"/>
        <w:gridCol w:w="3642"/>
        <w:gridCol w:w="3647"/>
      </w:tblGrid>
      <w:tr w:rsidR="00A32F63" w:rsidRPr="00EF13EF">
        <w:trPr>
          <w:jc w:val="center"/>
        </w:trPr>
        <w:tc>
          <w:tcPr>
            <w:tcW w:w="364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EF13EF" w:rsidRPr="00E17DAF" w:rsidRDefault="00EF13EF" w:rsidP="00EF13EF">
            <w:pPr>
              <w:spacing w:after="40"/>
              <w:rPr>
                <w:rFonts w:ascii="Trebuchet MS" w:hAnsi="Trebuchet MS"/>
                <w:b/>
                <w:sz w:val="17"/>
              </w:rPr>
            </w:pPr>
            <w:proofErr w:type="spellStart"/>
            <w:r w:rsidRPr="00E17DAF">
              <w:rPr>
                <w:rFonts w:ascii="Trebuchet MS" w:hAnsi="Trebuchet MS"/>
                <w:sz w:val="17"/>
              </w:rPr>
              <w:t>Județul</w:t>
            </w:r>
            <w:proofErr w:type="spellEnd"/>
            <w:r w:rsidRPr="00E17DAF">
              <w:rPr>
                <w:rFonts w:ascii="Trebuchet MS" w:hAnsi="Trebuchet MS"/>
                <w:sz w:val="17"/>
              </w:rPr>
              <w:t xml:space="preserve">: </w:t>
            </w:r>
            <w:r w:rsidRPr="00E17DAF">
              <w:rPr>
                <w:rFonts w:ascii="Trebuchet MS" w:hAnsi="Trebuchet MS"/>
                <w:b/>
                <w:sz w:val="17"/>
              </w:rPr>
              <w:t>HARGHITA</w:t>
            </w:r>
          </w:p>
          <w:p w:rsidR="00A32F63" w:rsidRPr="00EF13EF" w:rsidRDefault="00EF13EF" w:rsidP="00EF13EF">
            <w:pPr>
              <w:spacing w:after="40"/>
              <w:rPr>
                <w:rFonts w:ascii="Trebuchet MS" w:hAnsi="Trebuchet MS"/>
              </w:rPr>
            </w:pPr>
            <w:proofErr w:type="spellStart"/>
            <w:r w:rsidRPr="00E17DAF">
              <w:rPr>
                <w:rFonts w:ascii="Trebuchet MS" w:hAnsi="Trebuchet MS"/>
                <w:sz w:val="17"/>
              </w:rPr>
              <w:t>Autoritatea</w:t>
            </w:r>
            <w:proofErr w:type="spellEnd"/>
            <w:r w:rsidRPr="00E17DAF">
              <w:rPr>
                <w:rFonts w:ascii="Trebuchet MS" w:hAnsi="Trebuchet MS"/>
                <w:sz w:val="17"/>
              </w:rPr>
              <w:t xml:space="preserve"> </w:t>
            </w:r>
            <w:proofErr w:type="spellStart"/>
            <w:r w:rsidRPr="00E17DAF">
              <w:rPr>
                <w:rFonts w:ascii="Trebuchet MS" w:hAnsi="Trebuchet MS"/>
                <w:sz w:val="17"/>
              </w:rPr>
              <w:t>administrației</w:t>
            </w:r>
            <w:proofErr w:type="spellEnd"/>
            <w:r w:rsidRPr="00E17DAF">
              <w:rPr>
                <w:rFonts w:ascii="Trebuchet MS" w:hAnsi="Trebuchet MS"/>
                <w:sz w:val="17"/>
              </w:rPr>
              <w:t xml:space="preserve"> </w:t>
            </w:r>
            <w:proofErr w:type="spellStart"/>
            <w:r w:rsidRPr="00E17DAF">
              <w:rPr>
                <w:rFonts w:ascii="Trebuchet MS" w:hAnsi="Trebuchet MS"/>
                <w:sz w:val="17"/>
              </w:rPr>
              <w:t>publice</w:t>
            </w:r>
            <w:proofErr w:type="spellEnd"/>
            <w:r w:rsidRPr="00E17DAF">
              <w:rPr>
                <w:rFonts w:ascii="Trebuchet MS" w:hAnsi="Trebuchet MS"/>
                <w:sz w:val="17"/>
              </w:rPr>
              <w:t xml:space="preserve">: </w:t>
            </w:r>
            <w:r w:rsidRPr="00E17DAF">
              <w:rPr>
                <w:rFonts w:ascii="Trebuchet MS" w:hAnsi="Trebuchet MS"/>
                <w:b/>
                <w:sz w:val="17"/>
              </w:rPr>
              <w:t>COMUNA LĂZAREA</w:t>
            </w:r>
            <w:r w:rsidRPr="00E17DAF">
              <w:rPr>
                <w:rFonts w:ascii="Trebuchet MS" w:hAnsi="Trebuchet MS"/>
                <w:sz w:val="17"/>
              </w:rPr>
              <w:br/>
            </w:r>
            <w:proofErr w:type="spellStart"/>
            <w:r w:rsidRPr="00E17DAF">
              <w:rPr>
                <w:rFonts w:ascii="Trebuchet MS" w:hAnsi="Trebuchet MS"/>
                <w:sz w:val="17"/>
              </w:rPr>
              <w:t>Adresa</w:t>
            </w:r>
            <w:proofErr w:type="spellEnd"/>
            <w:r w:rsidRPr="00E17DAF">
              <w:rPr>
                <w:rFonts w:ascii="Trebuchet MS" w:hAnsi="Trebuchet MS"/>
                <w:sz w:val="17"/>
              </w:rPr>
              <w:t xml:space="preserve"> </w:t>
            </w:r>
            <w:proofErr w:type="spellStart"/>
            <w:r w:rsidRPr="00E17DAF">
              <w:rPr>
                <w:rFonts w:ascii="Trebuchet MS" w:hAnsi="Trebuchet MS"/>
                <w:sz w:val="17"/>
              </w:rPr>
              <w:t>oficială</w:t>
            </w:r>
            <w:proofErr w:type="spellEnd"/>
            <w:r w:rsidRPr="00E17DAF">
              <w:rPr>
                <w:rFonts w:ascii="Trebuchet MS" w:hAnsi="Trebuchet MS"/>
                <w:sz w:val="17"/>
              </w:rPr>
              <w:t xml:space="preserve">: </w:t>
            </w:r>
            <w:proofErr w:type="spellStart"/>
            <w:r w:rsidRPr="00E17DAF">
              <w:rPr>
                <w:rFonts w:ascii="Trebuchet MS" w:hAnsi="Trebuchet MS"/>
                <w:sz w:val="17"/>
              </w:rPr>
              <w:t>sediul</w:t>
            </w:r>
            <w:proofErr w:type="spellEnd"/>
            <w:r w:rsidRPr="00E17DAF">
              <w:rPr>
                <w:rFonts w:ascii="Trebuchet MS" w:hAnsi="Trebuchet MS"/>
                <w:sz w:val="17"/>
              </w:rPr>
              <w:t xml:space="preserve"> / </w:t>
            </w:r>
            <w:proofErr w:type="spellStart"/>
            <w:r w:rsidRPr="00E17DAF">
              <w:rPr>
                <w:rFonts w:ascii="Trebuchet MS" w:hAnsi="Trebuchet MS"/>
                <w:sz w:val="17"/>
              </w:rPr>
              <w:t>telefon</w:t>
            </w:r>
            <w:proofErr w:type="spellEnd"/>
            <w:r w:rsidRPr="00E17DAF">
              <w:rPr>
                <w:rFonts w:ascii="Trebuchet MS" w:hAnsi="Trebuchet MS"/>
                <w:sz w:val="17"/>
              </w:rPr>
              <w:t xml:space="preserve"> / e-mail: </w:t>
            </w:r>
            <w:proofErr w:type="spellStart"/>
            <w:r w:rsidRPr="00E17DAF">
              <w:rPr>
                <w:rFonts w:ascii="Trebuchet MS" w:hAnsi="Trebuchet MS"/>
                <w:b/>
                <w:sz w:val="17"/>
              </w:rPr>
              <w:t>Lăzarea</w:t>
            </w:r>
            <w:proofErr w:type="spellEnd"/>
            <w:r w:rsidRPr="00E17DAF">
              <w:rPr>
                <w:rFonts w:ascii="Trebuchet MS" w:hAnsi="Trebuchet MS"/>
                <w:b/>
                <w:sz w:val="17"/>
              </w:rPr>
              <w:t>, nr.702, primaria.lazarea@yahoo.com</w:t>
            </w:r>
            <w:r w:rsidRPr="00E17DAF">
              <w:rPr>
                <w:rFonts w:ascii="Trebuchet MS" w:hAnsi="Trebuchet MS"/>
                <w:b/>
                <w:sz w:val="17"/>
              </w:rPr>
              <w:br/>
            </w:r>
            <w:r w:rsidRPr="00E17DAF">
              <w:rPr>
                <w:rFonts w:ascii="Trebuchet MS" w:hAnsi="Trebuchet MS"/>
                <w:sz w:val="17"/>
              </w:rPr>
              <w:t xml:space="preserve">CIF: </w:t>
            </w:r>
            <w:r w:rsidRPr="00E17DAF">
              <w:rPr>
                <w:rFonts w:ascii="Trebuchet MS" w:hAnsi="Trebuchet MS"/>
                <w:b/>
                <w:sz w:val="17"/>
              </w:rPr>
              <w:t>4368006</w:t>
            </w:r>
          </w:p>
        </w:tc>
        <w:tc>
          <w:tcPr>
            <w:tcW w:w="364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EF13EF" w:rsidRDefault="00EF13EF">
            <w:pPr>
              <w:jc w:val="center"/>
              <w:rPr>
                <w:rFonts w:ascii="Trebuchet MS" w:hAnsi="Trebuchet MS"/>
                <w:b/>
                <w:sz w:val="17"/>
              </w:rPr>
            </w:pPr>
            <w:r w:rsidRPr="00E17DAF">
              <w:rPr>
                <w:rFonts w:ascii="Trebuchet MS" w:hAnsi="Trebuchet MS"/>
                <w:noProof/>
              </w:rPr>
              <w:drawing>
                <wp:anchor distT="0" distB="0" distL="114300" distR="114300" simplePos="0" relativeHeight="251658240" behindDoc="0" locked="0" layoutInCell="1" allowOverlap="1" wp14:anchorId="73113043" wp14:editId="75756DE0">
                  <wp:simplePos x="0" y="0"/>
                  <wp:positionH relativeFrom="margin">
                    <wp:posOffset>886460</wp:posOffset>
                  </wp:positionH>
                  <wp:positionV relativeFrom="margin">
                    <wp:posOffset>2540</wp:posOffset>
                  </wp:positionV>
                  <wp:extent cx="522605" cy="752475"/>
                  <wp:effectExtent l="0" t="0" r="0" b="9525"/>
                  <wp:wrapNone/>
                  <wp:docPr id="2" name="Kép 2" descr="C:\Users\Legion\AppData\Local\Microsoft\Windows\INetCache\Content.Word\josa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Legion\AppData\Local\Microsoft\Windows\INetCache\Content.Word\josa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F13EF">
              <w:rPr>
                <w:rFonts w:ascii="Trebuchet MS" w:hAnsi="Trebuchet MS"/>
                <w:b/>
                <w:sz w:val="17"/>
              </w:rPr>
              <w:br/>
            </w:r>
          </w:p>
          <w:p w:rsidR="00EF13EF" w:rsidRDefault="00EF13EF">
            <w:pPr>
              <w:jc w:val="center"/>
              <w:rPr>
                <w:rFonts w:ascii="Trebuchet MS" w:hAnsi="Trebuchet MS"/>
                <w:b/>
                <w:sz w:val="17"/>
              </w:rPr>
            </w:pPr>
          </w:p>
          <w:p w:rsidR="00EF13EF" w:rsidRDefault="00EF13EF">
            <w:pPr>
              <w:jc w:val="center"/>
              <w:rPr>
                <w:rFonts w:ascii="Trebuchet MS" w:hAnsi="Trebuchet MS"/>
                <w:b/>
                <w:sz w:val="17"/>
              </w:rPr>
            </w:pPr>
          </w:p>
          <w:p w:rsidR="00A32F63" w:rsidRPr="00EF13EF" w:rsidRDefault="00EF13EF" w:rsidP="00EF13EF">
            <w:pPr>
              <w:spacing w:after="0"/>
              <w:jc w:val="center"/>
              <w:rPr>
                <w:rFonts w:ascii="Trebuchet MS" w:hAnsi="Trebuchet MS"/>
              </w:rPr>
            </w:pPr>
            <w:r w:rsidRPr="00EF13EF">
              <w:rPr>
                <w:rFonts w:ascii="Trebuchet MS" w:hAnsi="Trebuchet MS"/>
                <w:b/>
                <w:sz w:val="17"/>
              </w:rPr>
              <w:t xml:space="preserve">F_A_08 - </w:t>
            </w:r>
            <w:proofErr w:type="spellStart"/>
            <w:r w:rsidRPr="00EF13EF">
              <w:rPr>
                <w:rFonts w:ascii="Trebuchet MS" w:hAnsi="Trebuchet MS"/>
                <w:b/>
                <w:sz w:val="17"/>
              </w:rPr>
              <w:t>versiunea</w:t>
            </w:r>
            <w:proofErr w:type="spellEnd"/>
            <w:r w:rsidRPr="00EF13EF">
              <w:rPr>
                <w:rFonts w:ascii="Trebuchet MS" w:hAnsi="Trebuchet MS"/>
                <w:b/>
                <w:sz w:val="17"/>
              </w:rPr>
              <w:t xml:space="preserve"> 1.0</w:t>
            </w:r>
          </w:p>
        </w:tc>
        <w:tc>
          <w:tcPr>
            <w:tcW w:w="364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32F63" w:rsidRPr="00EF13EF" w:rsidRDefault="00EF13EF">
            <w:pPr>
              <w:rPr>
                <w:rFonts w:ascii="Trebuchet MS" w:hAnsi="Trebuchet MS"/>
              </w:rPr>
            </w:pPr>
            <w:r w:rsidRPr="00EF13EF">
              <w:rPr>
                <w:rFonts w:ascii="Trebuchet MS" w:hAnsi="Trebuchet MS"/>
                <w:i/>
                <w:sz w:val="16"/>
              </w:rPr>
              <w:t>Număr de înregistrare: .....................</w:t>
            </w:r>
            <w:r w:rsidRPr="00EF13EF">
              <w:rPr>
                <w:rFonts w:ascii="Trebuchet MS" w:hAnsi="Trebuchet MS"/>
                <w:i/>
                <w:sz w:val="16"/>
              </w:rPr>
              <w:br/>
              <w:t>Data: ...................................................</w:t>
            </w:r>
            <w:r w:rsidRPr="00EF13EF">
              <w:rPr>
                <w:rFonts w:ascii="Trebuchet MS" w:hAnsi="Trebuchet MS"/>
                <w:i/>
                <w:sz w:val="16"/>
              </w:rPr>
              <w:br/>
              <w:t>(se completează de autoritate)</w:t>
            </w:r>
          </w:p>
        </w:tc>
      </w:tr>
      <w:tr w:rsidR="00A32F63" w:rsidRPr="00EF13EF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32F63" w:rsidRPr="00EF13EF" w:rsidRDefault="00EF13EF">
            <w:pPr>
              <w:jc w:val="center"/>
              <w:rPr>
                <w:rFonts w:ascii="Trebuchet MS" w:hAnsi="Trebuchet MS"/>
              </w:rPr>
            </w:pPr>
            <w:r w:rsidRPr="00EF13EF">
              <w:rPr>
                <w:rFonts w:ascii="Trebuchet MS" w:hAnsi="Trebuchet MS"/>
                <w:b/>
                <w:sz w:val="21"/>
              </w:rPr>
              <w:t>ÎNȘTIINȚARE PRIVIND ÎNCEPEREA EXECUȚIEI LUCRĂRILOR (CĂTRE PRIMĂRIE / CJ)</w:t>
            </w:r>
          </w:p>
        </w:tc>
      </w:tr>
    </w:tbl>
    <w:p w:rsidR="00A32F63" w:rsidRPr="00EF13EF" w:rsidRDefault="00A32F63">
      <w:pPr>
        <w:spacing w:after="80"/>
        <w:rPr>
          <w:rFonts w:ascii="Trebuchet MS" w:hAnsi="Trebuchet MS"/>
        </w:rPr>
      </w:pPr>
    </w:p>
    <w:p w:rsidR="00A32F63" w:rsidRPr="00EF13EF" w:rsidRDefault="00EF13EF">
      <w:pPr>
        <w:rPr>
          <w:rFonts w:ascii="Trebuchet MS" w:hAnsi="Trebuchet MS"/>
        </w:rPr>
      </w:pPr>
      <w:r w:rsidRPr="00EF13EF">
        <w:rPr>
          <w:rFonts w:ascii="Trebuchet MS" w:hAnsi="Trebuchet MS"/>
          <w:b/>
        </w:rPr>
        <w:t>1. CĂTRE</w:t>
      </w:r>
    </w:p>
    <w:p w:rsidR="00A32F63" w:rsidRPr="00EF13EF" w:rsidRDefault="00EF13EF">
      <w:pPr>
        <w:rPr>
          <w:rFonts w:ascii="Trebuchet MS" w:hAnsi="Trebuchet MS"/>
        </w:rPr>
      </w:pPr>
      <w:r w:rsidRPr="00EF13EF">
        <w:rPr>
          <w:rFonts w:ascii="Trebuchet MS" w:hAnsi="Trebuchet MS"/>
        </w:rPr>
        <w:t xml:space="preserve">Instituția: </w:t>
      </w:r>
      <w:sdt>
        <w:sdtPr>
          <w:rPr>
            <w:rFonts w:ascii="Trebuchet MS" w:hAnsi="Trebuchet MS"/>
          </w:rPr>
          <w:id w:val="15261281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F13EF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EF13EF">
        <w:rPr>
          <w:rFonts w:ascii="Trebuchet MS" w:hAnsi="Trebuchet MS"/>
          <w:sz w:val="18"/>
        </w:rPr>
        <w:t xml:space="preserve"> primări</w:t>
      </w:r>
      <w:r w:rsidRPr="00EF13EF">
        <w:rPr>
          <w:rFonts w:ascii="Trebuchet MS" w:hAnsi="Trebuchet MS"/>
          <w:sz w:val="18"/>
        </w:rPr>
        <w:t>a municipiului / orașului / comunei</w:t>
      </w:r>
      <w:r w:rsidRPr="00EF13EF">
        <w:rPr>
          <w:rFonts w:ascii="Trebuchet MS" w:hAnsi="Trebuchet MS"/>
        </w:rPr>
        <w:t xml:space="preserve">     </w:t>
      </w:r>
      <w:sdt>
        <w:sdtPr>
          <w:rPr>
            <w:rFonts w:ascii="Trebuchet MS" w:hAnsi="Trebuchet MS"/>
          </w:rPr>
          <w:id w:val="-11975335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F13EF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EF13EF">
        <w:rPr>
          <w:rFonts w:ascii="Trebuchet MS" w:hAnsi="Trebuchet MS"/>
          <w:sz w:val="18"/>
        </w:rPr>
        <w:t xml:space="preserve"> primăria de sector</w:t>
      </w:r>
      <w:r w:rsidRPr="00EF13EF">
        <w:rPr>
          <w:rFonts w:ascii="Trebuchet MS" w:hAnsi="Trebuchet MS"/>
        </w:rPr>
        <w:t xml:space="preserve">     </w:t>
      </w:r>
      <w:sdt>
        <w:sdtPr>
          <w:rPr>
            <w:rFonts w:ascii="Trebuchet MS" w:hAnsi="Trebuchet MS"/>
          </w:rPr>
          <w:id w:val="-7204413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F13EF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EF13EF">
        <w:rPr>
          <w:rFonts w:ascii="Trebuchet MS" w:hAnsi="Trebuchet MS"/>
          <w:sz w:val="18"/>
        </w:rPr>
        <w:t xml:space="preserve"> consiliul județean</w:t>
      </w:r>
    </w:p>
    <w:p w:rsidR="00EF13EF" w:rsidRPr="00EF13EF" w:rsidRDefault="00EF13EF">
      <w:pPr>
        <w:spacing w:after="80"/>
        <w:rPr>
          <w:rFonts w:ascii="Trebuchet MS" w:hAnsi="Trebuchet MS"/>
          <w:b/>
          <w:i/>
          <w:sz w:val="20"/>
        </w:rPr>
      </w:pPr>
      <w:bookmarkStart w:id="0" w:name="_GoBack"/>
      <w:r w:rsidRPr="00EF13EF">
        <w:rPr>
          <w:rFonts w:ascii="Trebuchet MS" w:hAnsi="Trebuchet MS"/>
          <w:b/>
          <w:i/>
          <w:sz w:val="20"/>
        </w:rPr>
        <w:t>PRIMĂRIA COMUNEI LĂZAREA</w:t>
      </w:r>
    </w:p>
    <w:bookmarkEnd w:id="0"/>
    <w:p w:rsidR="00A32F63" w:rsidRPr="00EF13EF" w:rsidRDefault="00EF13EF">
      <w:pPr>
        <w:spacing w:after="80"/>
        <w:rPr>
          <w:rFonts w:ascii="Trebuchet MS" w:hAnsi="Trebuchet MS"/>
          <w:i/>
          <w:sz w:val="16"/>
        </w:rPr>
      </w:pPr>
      <w:proofErr w:type="spellStart"/>
      <w:r w:rsidRPr="00EF13EF">
        <w:rPr>
          <w:rFonts w:ascii="Trebuchet MS" w:hAnsi="Trebuchet MS"/>
          <w:i/>
          <w:sz w:val="16"/>
        </w:rPr>
        <w:t>Cererea</w:t>
      </w:r>
      <w:proofErr w:type="spellEnd"/>
      <w:r w:rsidRPr="00EF13EF">
        <w:rPr>
          <w:rFonts w:ascii="Trebuchet MS" w:hAnsi="Trebuchet MS"/>
          <w:i/>
          <w:sz w:val="16"/>
        </w:rPr>
        <w:t xml:space="preserve"> </w:t>
      </w:r>
      <w:proofErr w:type="spellStart"/>
      <w:r w:rsidRPr="00EF13EF">
        <w:rPr>
          <w:rFonts w:ascii="Trebuchet MS" w:hAnsi="Trebuchet MS"/>
          <w:i/>
          <w:sz w:val="16"/>
        </w:rPr>
        <w:t>va</w:t>
      </w:r>
      <w:proofErr w:type="spellEnd"/>
      <w:r w:rsidRPr="00EF13EF">
        <w:rPr>
          <w:rFonts w:ascii="Trebuchet MS" w:hAnsi="Trebuchet MS"/>
          <w:i/>
          <w:sz w:val="16"/>
        </w:rPr>
        <w:t xml:space="preserve"> fi </w:t>
      </w:r>
      <w:proofErr w:type="spellStart"/>
      <w:r w:rsidRPr="00EF13EF">
        <w:rPr>
          <w:rFonts w:ascii="Trebuchet MS" w:hAnsi="Trebuchet MS"/>
          <w:i/>
          <w:sz w:val="16"/>
        </w:rPr>
        <w:t>transmisă</w:t>
      </w:r>
      <w:proofErr w:type="spellEnd"/>
      <w:r w:rsidRPr="00EF13EF">
        <w:rPr>
          <w:rFonts w:ascii="Trebuchet MS" w:hAnsi="Trebuchet MS"/>
          <w:i/>
          <w:sz w:val="16"/>
        </w:rPr>
        <w:t xml:space="preserve"> către președintele consiliului județean, primarul general, primarul de sector sau </w:t>
      </w:r>
      <w:proofErr w:type="spellStart"/>
      <w:r w:rsidRPr="00EF13EF">
        <w:rPr>
          <w:rFonts w:ascii="Trebuchet MS" w:hAnsi="Trebuchet MS"/>
          <w:i/>
          <w:sz w:val="16"/>
        </w:rPr>
        <w:t>primarul</w:t>
      </w:r>
      <w:proofErr w:type="spellEnd"/>
      <w:r w:rsidRPr="00EF13EF">
        <w:rPr>
          <w:rFonts w:ascii="Trebuchet MS" w:hAnsi="Trebuchet MS"/>
          <w:i/>
          <w:sz w:val="16"/>
        </w:rPr>
        <w:t xml:space="preserve"> </w:t>
      </w:r>
      <w:proofErr w:type="spellStart"/>
      <w:r w:rsidRPr="00EF13EF">
        <w:rPr>
          <w:rFonts w:ascii="Trebuchet MS" w:hAnsi="Trebuchet MS"/>
          <w:i/>
          <w:sz w:val="16"/>
        </w:rPr>
        <w:t>municipiului</w:t>
      </w:r>
      <w:proofErr w:type="spellEnd"/>
      <w:r w:rsidRPr="00EF13EF">
        <w:rPr>
          <w:rFonts w:ascii="Trebuchet MS" w:hAnsi="Trebuchet MS"/>
          <w:i/>
          <w:sz w:val="16"/>
        </w:rPr>
        <w:t>/</w:t>
      </w:r>
      <w:proofErr w:type="spellStart"/>
      <w:r w:rsidRPr="00EF13EF">
        <w:rPr>
          <w:rFonts w:ascii="Trebuchet MS" w:hAnsi="Trebuchet MS"/>
          <w:i/>
          <w:sz w:val="16"/>
        </w:rPr>
        <w:t>orașului</w:t>
      </w:r>
      <w:proofErr w:type="spellEnd"/>
      <w:r w:rsidRPr="00EF13EF">
        <w:rPr>
          <w:rFonts w:ascii="Trebuchet MS" w:hAnsi="Trebuchet MS"/>
          <w:i/>
          <w:sz w:val="16"/>
        </w:rPr>
        <w:t>/</w:t>
      </w:r>
      <w:proofErr w:type="spellStart"/>
      <w:r w:rsidRPr="00EF13EF">
        <w:rPr>
          <w:rFonts w:ascii="Trebuchet MS" w:hAnsi="Trebuchet MS"/>
          <w:i/>
          <w:sz w:val="16"/>
        </w:rPr>
        <w:t>comunei</w:t>
      </w:r>
      <w:proofErr w:type="spellEnd"/>
      <w:r w:rsidRPr="00EF13EF">
        <w:rPr>
          <w:rFonts w:ascii="Trebuchet MS" w:hAnsi="Trebuchet MS"/>
          <w:i/>
          <w:sz w:val="16"/>
        </w:rPr>
        <w:t xml:space="preserve">, </w:t>
      </w:r>
      <w:proofErr w:type="spellStart"/>
      <w:r w:rsidRPr="00EF13EF">
        <w:rPr>
          <w:rFonts w:ascii="Trebuchet MS" w:hAnsi="Trebuchet MS"/>
          <w:i/>
          <w:sz w:val="16"/>
        </w:rPr>
        <w:t>după</w:t>
      </w:r>
      <w:proofErr w:type="spellEnd"/>
      <w:r w:rsidRPr="00EF13EF">
        <w:rPr>
          <w:rFonts w:ascii="Trebuchet MS" w:hAnsi="Trebuchet MS"/>
          <w:i/>
          <w:sz w:val="16"/>
        </w:rPr>
        <w:t xml:space="preserve"> </w:t>
      </w:r>
      <w:proofErr w:type="spellStart"/>
      <w:r w:rsidRPr="00EF13EF">
        <w:rPr>
          <w:rFonts w:ascii="Trebuchet MS" w:hAnsi="Trebuchet MS"/>
          <w:i/>
          <w:sz w:val="16"/>
        </w:rPr>
        <w:t>caz</w:t>
      </w:r>
      <w:proofErr w:type="spellEnd"/>
      <w:r w:rsidRPr="00EF13EF">
        <w:rPr>
          <w:rFonts w:ascii="Trebuchet MS" w:hAnsi="Trebuchet MS"/>
          <w:i/>
          <w:sz w:val="16"/>
        </w:rPr>
        <w:t>.</w:t>
      </w:r>
    </w:p>
    <w:p w:rsidR="00A32F63" w:rsidRPr="00EF13EF" w:rsidRDefault="00EF13EF">
      <w:pPr>
        <w:rPr>
          <w:rFonts w:ascii="Trebuchet MS" w:hAnsi="Trebuchet MS"/>
        </w:rPr>
      </w:pPr>
      <w:r w:rsidRPr="00EF13EF">
        <w:rPr>
          <w:rFonts w:ascii="Trebuchet MS" w:hAnsi="Trebuchet MS"/>
          <w:b/>
        </w:rPr>
        <w:t>2. SOLICIT</w:t>
      </w:r>
      <w:r w:rsidRPr="00EF13EF">
        <w:rPr>
          <w:rFonts w:ascii="Trebuchet MS" w:hAnsi="Trebuchet MS"/>
          <w:b/>
        </w:rPr>
        <w:t>ANTUL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466"/>
        <w:gridCol w:w="5468"/>
      </w:tblGrid>
      <w:tr w:rsidR="00A32F63" w:rsidRPr="00EF13EF">
        <w:trPr>
          <w:jc w:val="center"/>
        </w:trPr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A32F63" w:rsidRPr="00EF13EF" w:rsidRDefault="00EF13EF">
            <w:pPr>
              <w:rPr>
                <w:rFonts w:ascii="Trebuchet MS" w:hAnsi="Trebuchet MS"/>
              </w:rPr>
            </w:pPr>
            <w:r w:rsidRPr="00EF13EF">
              <w:rPr>
                <w:rFonts w:ascii="Trebuchet MS" w:hAnsi="Trebuchet MS"/>
                <w:sz w:val="17"/>
              </w:rPr>
              <w:t xml:space="preserve">Nume și prenume: </w:t>
            </w:r>
          </w:p>
        </w:tc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A32F63" w:rsidRPr="00EF13EF" w:rsidRDefault="00EF13EF">
            <w:pPr>
              <w:rPr>
                <w:rFonts w:ascii="Trebuchet MS" w:hAnsi="Trebuchet MS"/>
              </w:rPr>
            </w:pPr>
            <w:r w:rsidRPr="00EF13EF">
              <w:rPr>
                <w:rFonts w:ascii="Trebuchet MS" w:hAnsi="Trebuchet MS"/>
                <w:sz w:val="17"/>
              </w:rPr>
              <w:t xml:space="preserve">CNP: </w:t>
            </w:r>
          </w:p>
        </w:tc>
      </w:tr>
      <w:tr w:rsidR="00A32F63" w:rsidRPr="00EF13EF">
        <w:trPr>
          <w:jc w:val="center"/>
        </w:trPr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A32F63" w:rsidRPr="00EF13EF" w:rsidRDefault="00EF13EF">
            <w:pPr>
              <w:rPr>
                <w:rFonts w:ascii="Trebuchet MS" w:hAnsi="Trebuchet MS"/>
              </w:rPr>
            </w:pPr>
            <w:r w:rsidRPr="00EF13EF">
              <w:rPr>
                <w:rFonts w:ascii="Trebuchet MS" w:hAnsi="Trebuchet MS"/>
                <w:sz w:val="17"/>
              </w:rPr>
              <w:t>Act de identitate: Seria ....... Nr. ............</w:t>
            </w:r>
            <w:r w:rsidRPr="00EF13EF">
              <w:rPr>
                <w:rFonts w:ascii="Trebuchet MS" w:hAnsi="Trebuchet MS"/>
                <w:sz w:val="17"/>
              </w:rPr>
              <w:br/>
              <w:t>Eliberat de: ................... La data: .........</w:t>
            </w:r>
          </w:p>
        </w:tc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A32F63" w:rsidRPr="00EF13EF" w:rsidRDefault="00EF13EF">
            <w:pPr>
              <w:rPr>
                <w:rFonts w:ascii="Trebuchet MS" w:hAnsi="Trebuchet MS"/>
              </w:rPr>
            </w:pPr>
            <w:r w:rsidRPr="00EF13EF">
              <w:rPr>
                <w:rFonts w:ascii="Trebuchet MS" w:hAnsi="Trebuchet MS"/>
                <w:sz w:val="17"/>
              </w:rPr>
              <w:t>Domiciliul: Județul ........................................</w:t>
            </w:r>
            <w:r w:rsidRPr="00EF13EF">
              <w:rPr>
                <w:rFonts w:ascii="Trebuchet MS" w:hAnsi="Trebuchet MS"/>
                <w:sz w:val="17"/>
              </w:rPr>
              <w:br/>
              <w:t>Municipiul/orașul/comuna: ...........................</w:t>
            </w:r>
            <w:r w:rsidRPr="00EF13EF">
              <w:rPr>
                <w:rFonts w:ascii="Trebuchet MS" w:hAnsi="Trebuchet MS"/>
                <w:sz w:val="17"/>
              </w:rPr>
              <w:br/>
            </w:r>
            <w:r w:rsidRPr="00EF13EF">
              <w:rPr>
                <w:rFonts w:ascii="Trebuchet MS" w:hAnsi="Trebuchet MS"/>
                <w:sz w:val="17"/>
              </w:rPr>
              <w:t>Sat/sector: .................... Str. ............................</w:t>
            </w:r>
            <w:r w:rsidRPr="00EF13EF">
              <w:rPr>
                <w:rFonts w:ascii="Trebuchet MS" w:hAnsi="Trebuchet MS"/>
                <w:sz w:val="17"/>
              </w:rPr>
              <w:br/>
              <w:t>Nr. .... Sc. .... Et. .... Ap. .... Cod poștal ..........</w:t>
            </w:r>
          </w:p>
        </w:tc>
      </w:tr>
      <w:tr w:rsidR="00A32F63" w:rsidRPr="00EF13EF">
        <w:trPr>
          <w:jc w:val="center"/>
        </w:trPr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A32F63" w:rsidRPr="00EF13EF" w:rsidRDefault="00EF13EF">
            <w:pPr>
              <w:rPr>
                <w:rFonts w:ascii="Trebuchet MS" w:hAnsi="Trebuchet MS"/>
              </w:rPr>
            </w:pPr>
            <w:r w:rsidRPr="00EF13EF">
              <w:rPr>
                <w:rFonts w:ascii="Trebuchet MS" w:hAnsi="Trebuchet MS"/>
                <w:sz w:val="17"/>
              </w:rPr>
              <w:t>Telefon/Fax: .......................................</w:t>
            </w:r>
          </w:p>
        </w:tc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A32F63" w:rsidRPr="00EF13EF" w:rsidRDefault="00EF13EF">
            <w:pPr>
              <w:rPr>
                <w:rFonts w:ascii="Trebuchet MS" w:hAnsi="Trebuchet MS"/>
              </w:rPr>
            </w:pPr>
            <w:r w:rsidRPr="00EF13EF">
              <w:rPr>
                <w:rFonts w:ascii="Trebuchet MS" w:hAnsi="Trebuchet MS"/>
                <w:sz w:val="17"/>
              </w:rPr>
              <w:t>E-mail: ....................................................</w:t>
            </w:r>
          </w:p>
        </w:tc>
      </w:tr>
      <w:tr w:rsidR="00A32F63" w:rsidRPr="00EF13EF">
        <w:trPr>
          <w:jc w:val="center"/>
        </w:trPr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A32F63" w:rsidRPr="00EF13EF" w:rsidRDefault="00EF13EF">
            <w:pPr>
              <w:rPr>
                <w:rFonts w:ascii="Trebuchet MS" w:hAnsi="Trebuchet MS"/>
              </w:rPr>
            </w:pPr>
            <w:r w:rsidRPr="00EF13EF">
              <w:rPr>
                <w:rFonts w:ascii="Trebuchet MS" w:hAnsi="Trebuchet MS"/>
                <w:sz w:val="17"/>
              </w:rPr>
              <w:t xml:space="preserve">În calitate de </w:t>
            </w:r>
            <w:r w:rsidRPr="00EF13EF">
              <w:rPr>
                <w:rFonts w:ascii="Trebuchet MS" w:hAnsi="Trebuchet MS"/>
                <w:sz w:val="17"/>
              </w:rPr>
              <w:t>reprezentant al: .....................</w:t>
            </w:r>
          </w:p>
        </w:tc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A32F63" w:rsidRPr="00EF13EF" w:rsidRDefault="00EF13EF">
            <w:pPr>
              <w:rPr>
                <w:rFonts w:ascii="Trebuchet MS" w:hAnsi="Trebuchet MS"/>
              </w:rPr>
            </w:pPr>
            <w:r w:rsidRPr="00EF13EF">
              <w:rPr>
                <w:rFonts w:ascii="Trebuchet MS" w:hAnsi="Trebuchet MS"/>
                <w:sz w:val="17"/>
              </w:rPr>
              <w:t>CUI/CIF: ....................................................</w:t>
            </w:r>
          </w:p>
        </w:tc>
      </w:tr>
    </w:tbl>
    <w:p w:rsidR="00A32F63" w:rsidRPr="00EF13EF" w:rsidRDefault="00A32F63">
      <w:pPr>
        <w:spacing w:after="60"/>
        <w:rPr>
          <w:rFonts w:ascii="Trebuchet MS" w:hAnsi="Trebuchet MS"/>
        </w:rPr>
      </w:pPr>
    </w:p>
    <w:p w:rsidR="00A32F63" w:rsidRPr="00EF13EF" w:rsidRDefault="00EF13EF">
      <w:pPr>
        <w:rPr>
          <w:rFonts w:ascii="Trebuchet MS" w:hAnsi="Trebuchet MS"/>
        </w:rPr>
      </w:pPr>
      <w:r w:rsidRPr="00EF13EF">
        <w:rPr>
          <w:rFonts w:ascii="Trebuchet MS" w:hAnsi="Trebuchet MS"/>
        </w:rPr>
        <w:t>3. Titular al AC/AD nr. .......... din data .........., emisă pentru lucrarea: ....................................................</w:t>
      </w:r>
      <w:r w:rsidRPr="00EF13EF">
        <w:rPr>
          <w:rFonts w:ascii="Trebuchet MS" w:hAnsi="Trebuchet MS"/>
        </w:rPr>
        <w:br/>
        <w:t>ADUC LA CUNOȘTINȚĂ că</w:t>
      </w:r>
      <w:r w:rsidRPr="00EF13EF">
        <w:rPr>
          <w:rFonts w:ascii="Trebuchet MS" w:hAnsi="Trebuchet MS"/>
        </w:rPr>
        <w:t xml:space="preserve"> la data de .................... ora .......... vor începe lucrările de construcții autorizate.</w:t>
      </w:r>
    </w:p>
    <w:p w:rsidR="00A32F63" w:rsidRPr="00EF13EF" w:rsidRDefault="00EF13EF">
      <w:pPr>
        <w:rPr>
          <w:rFonts w:ascii="Trebuchet MS" w:hAnsi="Trebuchet MS"/>
        </w:rPr>
      </w:pPr>
      <w:r w:rsidRPr="00EF13EF">
        <w:rPr>
          <w:rFonts w:ascii="Trebuchet MS" w:hAnsi="Trebuchet MS"/>
          <w:b/>
        </w:rPr>
        <w:t>4. IMOBILUL</w:t>
      </w:r>
    </w:p>
    <w:p w:rsidR="00A32F63" w:rsidRPr="00EF13EF" w:rsidRDefault="00EF13EF">
      <w:pPr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-5767519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F13EF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EF13EF">
        <w:rPr>
          <w:rFonts w:ascii="Trebuchet MS" w:hAnsi="Trebuchet MS"/>
          <w:sz w:val="18"/>
        </w:rPr>
        <w:t xml:space="preserve"> teren</w:t>
      </w:r>
      <w:r w:rsidRPr="00EF13EF">
        <w:rPr>
          <w:rFonts w:ascii="Trebuchet MS" w:hAnsi="Trebuchet MS"/>
        </w:rPr>
        <w:t xml:space="preserve">     </w:t>
      </w:r>
      <w:sdt>
        <w:sdtPr>
          <w:rPr>
            <w:rFonts w:ascii="Trebuchet MS" w:hAnsi="Trebuchet MS"/>
          </w:rPr>
          <w:id w:val="-19777600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F13EF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EF13EF">
        <w:rPr>
          <w:rFonts w:ascii="Trebuchet MS" w:hAnsi="Trebuchet MS"/>
          <w:sz w:val="18"/>
        </w:rPr>
        <w:t xml:space="preserve"> construcții</w:t>
      </w:r>
      <w:r w:rsidRPr="00EF13EF">
        <w:rPr>
          <w:rFonts w:ascii="Trebuchet MS" w:hAnsi="Trebuchet MS"/>
        </w:rPr>
        <w:br/>
        <w:t>Județ: ............................. Municipiu/oraș/comună: ............................. Sat/sector: ................</w:t>
      </w:r>
      <w:r w:rsidRPr="00EF13EF">
        <w:rPr>
          <w:rFonts w:ascii="Trebuchet MS" w:hAnsi="Trebuchet MS"/>
        </w:rPr>
        <w:t>............. Cod poștal: ............</w:t>
      </w:r>
      <w:r w:rsidRPr="00EF13EF">
        <w:rPr>
          <w:rFonts w:ascii="Trebuchet MS" w:hAnsi="Trebuchet MS"/>
        </w:rPr>
        <w:br/>
        <w:t>Strada: ........................................................................ Nr. ........ Bl. ........ sc. ........ et. ........ ap. ........</w:t>
      </w:r>
      <w:r w:rsidRPr="00EF13EF">
        <w:rPr>
          <w:rFonts w:ascii="Trebuchet MS" w:hAnsi="Trebuchet MS"/>
        </w:rPr>
        <w:br/>
        <w:t>Suprafața terenului (m²): ........................ Număr cadastral: ...</w:t>
      </w:r>
      <w:r w:rsidRPr="00EF13EF">
        <w:rPr>
          <w:rFonts w:ascii="Trebuchet MS" w:hAnsi="Trebuchet MS"/>
        </w:rPr>
        <w:t>..................... Carte funciară nr.: ........................</w:t>
      </w:r>
    </w:p>
    <w:p w:rsidR="00A32F63" w:rsidRPr="00EF13EF" w:rsidRDefault="00EF13EF">
      <w:pPr>
        <w:rPr>
          <w:rFonts w:ascii="Trebuchet MS" w:hAnsi="Trebuchet MS"/>
        </w:rPr>
      </w:pPr>
      <w:r w:rsidRPr="00EF13EF">
        <w:rPr>
          <w:rFonts w:ascii="Trebuchet MS" w:hAnsi="Trebuchet MS"/>
          <w:b/>
        </w:rPr>
        <w:t>5. DATA ȘI SEMNĂTURA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467"/>
        <w:gridCol w:w="5467"/>
      </w:tblGrid>
      <w:tr w:rsidR="00A32F63" w:rsidRPr="00EF13EF">
        <w:trPr>
          <w:jc w:val="center"/>
        </w:trPr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32F63" w:rsidRPr="00EF13EF" w:rsidRDefault="00EF13EF">
            <w:pPr>
              <w:rPr>
                <w:rFonts w:ascii="Trebuchet MS" w:hAnsi="Trebuchet MS"/>
              </w:rPr>
            </w:pPr>
            <w:r w:rsidRPr="00EF13EF">
              <w:rPr>
                <w:rFonts w:ascii="Trebuchet MS" w:hAnsi="Trebuchet MS"/>
                <w:sz w:val="18"/>
              </w:rPr>
              <w:t>Data: ........................................</w:t>
            </w:r>
          </w:p>
        </w:tc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32F63" w:rsidRPr="00EF13EF" w:rsidRDefault="00EF13EF">
            <w:pPr>
              <w:rPr>
                <w:rFonts w:ascii="Trebuchet MS" w:hAnsi="Trebuchet MS"/>
              </w:rPr>
            </w:pPr>
            <w:r w:rsidRPr="00EF13EF">
              <w:rPr>
                <w:rFonts w:ascii="Trebuchet MS" w:hAnsi="Trebuchet MS"/>
                <w:sz w:val="18"/>
              </w:rPr>
              <w:t>Titularul autorizației: ........................................</w:t>
            </w:r>
            <w:r w:rsidRPr="00EF13EF">
              <w:rPr>
                <w:rFonts w:ascii="Trebuchet MS" w:hAnsi="Trebuchet MS"/>
                <w:sz w:val="18"/>
              </w:rPr>
              <w:br/>
              <w:t>Semnătura: ........................................</w:t>
            </w:r>
          </w:p>
        </w:tc>
      </w:tr>
    </w:tbl>
    <w:p w:rsidR="00A32F63" w:rsidRPr="00EF13EF" w:rsidRDefault="00A32F63">
      <w:pPr>
        <w:spacing w:after="80"/>
        <w:rPr>
          <w:rFonts w:ascii="Trebuchet MS" w:hAnsi="Trebuchet MS"/>
        </w:rPr>
      </w:pPr>
    </w:p>
    <w:sectPr w:rsidR="00A32F63" w:rsidRPr="00EF13EF" w:rsidSect="00034616">
      <w:pgSz w:w="12240" w:h="15840"/>
      <w:pgMar w:top="576" w:right="648" w:bottom="576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32F63"/>
    <w:rsid w:val="00AA1D8D"/>
    <w:rsid w:val="00B47730"/>
    <w:rsid w:val="00CB0664"/>
    <w:rsid w:val="00EF13E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052E2D"/>
  <w14:defaultImageDpi w14:val="300"/>
  <w15:docId w15:val="{CCE44C83-2971-4C87-9A62-7534E8FF4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C693F"/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BF6C216-EA87-403A-8C9E-8AE64BC6E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1912</Characters>
  <Application>Microsoft Office Word</Application>
  <DocSecurity>0</DocSecurity>
  <Lines>15</Lines>
  <Paragraphs>4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2243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Legion</cp:lastModifiedBy>
  <cp:revision>2</cp:revision>
  <dcterms:created xsi:type="dcterms:W3CDTF">2026-09-11T08:54:00Z</dcterms:created>
  <dcterms:modified xsi:type="dcterms:W3CDTF">2026-09-11T08:54:00Z</dcterms:modified>
  <cp:category/>
</cp:coreProperties>
</file>